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Project proposal</w:t>
      </w:r>
    </w:p>
    <w:p>
      <w:r>
        <w:t xml:space="preserve">The draft is due on </w:t>
      </w:r>
      <w:r>
        <w:rPr>
          <w:b/>
        </w:rPr>
        <w:t>Friday</w:t>
      </w:r>
      <w:r>
        <w:t>.</w:t>
      </w:r>
    </w:p>
    <w:p>
      <w:pPr>
        <w:pStyle w:val="ListBullet"/>
      </w:pPr>
      <w:r>
        <w:t>Prepare a draft for review</w:t>
      </w:r>
    </w:p>
    <w:p>
      <w:pPr>
        <w:pStyle w:val="ListBullet"/>
      </w:pPr>
      <w:r>
        <w:t>Collect feedback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</dc:title>
  <dc:subject/>
  <dc:creator>Vespper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